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08"/>
        <w:gridCol w:w="2592"/>
      </w:tblGrid>
      <w:tr>
        <w:tc>
          <w:tcPr>
            <w:tcW w:type="dxa" w:w="5472"/>
            <w:shd w:fill="2F568F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ptos" w:hAnsi="Aptos"/>
                <w:b/>
                <w:color w:val="FFFFFF"/>
                <w:sz w:val="36"/>
              </w:rPr>
              <w:t>SHC Project Proposal Template</w:t>
            </w:r>
          </w:p>
        </w:tc>
        <w:tc>
          <w:tcPr>
            <w:tcW w:type="dxa" w:w="5472"/>
            <w:shd w:fill="2F568F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color w:val="FFD6C7"/>
                <w:sz w:val="18"/>
              </w:rPr>
              <w:t>START A PROJECT</w:t>
            </w:r>
          </w:p>
        </w:tc>
      </w:tr>
    </w:tbl>
    <w:p>
      <w:pPr>
        <w:spacing w:before="80" w:after="80"/>
      </w:pPr>
      <w:r>
        <w:rPr>
          <w:rFonts w:ascii="Aptos" w:hAnsi="Aptos"/>
          <w:b w:val="0"/>
          <w:color w:val="5F6B7A"/>
          <w:sz w:val="18"/>
        </w:rPr>
        <w:t>Use this one-page template to organize your idea before submitting or launching your project.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pPr>
              <w:spacing w:after="20"/>
            </w:pPr>
            <w:r>
              <w:rPr>
                <w:rFonts w:ascii="Aptos" w:hAnsi="Aptos"/>
                <w:b/>
                <w:color w:val="2F568F"/>
                <w:sz w:val="17"/>
              </w:rPr>
              <w:t>Project / Initiative Name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5F6B7A"/>
                <w:sz w:val="18"/>
              </w:rPr>
              <w:t xml:space="preserve">   </w:t>
            </w:r>
          </w:p>
        </w:tc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pPr>
              <w:spacing w:after="20"/>
            </w:pPr>
            <w:r>
              <w:rPr>
                <w:rFonts w:ascii="Aptos" w:hAnsi="Aptos"/>
                <w:b/>
                <w:color w:val="2F568F"/>
                <w:sz w:val="17"/>
              </w:rPr>
              <w:t>Student / Team Lead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5F6B7A"/>
                <w:sz w:val="18"/>
              </w:rPr>
              <w:t xml:space="preserve">   </w:t>
            </w:r>
          </w:p>
        </w:tc>
      </w:tr>
      <w:tr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pPr>
              <w:spacing w:after="20"/>
            </w:pPr>
            <w:r>
              <w:rPr>
                <w:rFonts w:ascii="Aptos" w:hAnsi="Aptos"/>
                <w:b/>
                <w:color w:val="2F568F"/>
                <w:sz w:val="17"/>
              </w:rPr>
              <w:t>School / Organization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5F6B7A"/>
                <w:sz w:val="18"/>
              </w:rPr>
              <w:t xml:space="preserve">   </w:t>
            </w:r>
          </w:p>
        </w:tc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pPr>
              <w:spacing w:after="20"/>
            </w:pPr>
            <w:r>
              <w:rPr>
                <w:rFonts w:ascii="Aptos" w:hAnsi="Aptos"/>
                <w:b/>
                <w:color w:val="2F568F"/>
                <w:sz w:val="17"/>
              </w:rPr>
              <w:t>Email / Contact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5F6B7A"/>
                <w:sz w:val="18"/>
              </w:rPr>
              <w:t xml:space="preserve">  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1. PROJECT IDEA</w:t>
            </w:r>
          </w:p>
        </w:tc>
      </w:tr>
      <w:tr>
        <w:tc>
          <w:tcPr>
            <w:tcW w:type="dxa" w:w="1094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In 2-3 sentences, what do you want to do?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2. THE NEED</w:t>
            </w:r>
          </w:p>
        </w:tc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3. WHY IT MATTERS TO YOU</w:t>
            </w:r>
          </w:p>
        </w:tc>
      </w:tr>
      <w:tr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What problem or challenge are you addressing?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Why do you care about this issue?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4. PROJECT GOAL</w:t>
            </w:r>
          </w:p>
        </w:tc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5. WHO WILL IT HELP?</w:t>
            </w:r>
          </w:p>
        </w:tc>
      </w:tr>
      <w:tr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What specific result do you hope to achieve?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  <w:tc>
          <w:tcPr>
            <w:tcW w:type="dxa" w:w="5472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Who is your target audience or community?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6. ACTION PLAN - YOUR NEXT 3 STEPS</w:t>
            </w:r>
          </w:p>
        </w:tc>
      </w:tr>
      <w:tr>
        <w:tc>
          <w:tcPr>
            <w:tcW w:type="dxa" w:w="1094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pPr>
              <w:spacing w:after="20"/>
            </w:pPr>
            <w:r>
              <w:rPr>
                <w:rFonts w:ascii="Aptos" w:hAnsi="Aptos"/>
                <w:b/>
                <w:color w:val="FF6536"/>
                <w:sz w:val="18"/>
              </w:rPr>
              <w:t xml:space="preserve">1. </w:t>
            </w:r>
            <w:r>
              <w:rPr>
                <w:rFonts w:ascii="Aptos" w:hAnsi="Aptos"/>
                <w:b w:val="0"/>
                <w:color w:val="B8C2D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rFonts w:ascii="Aptos" w:hAnsi="Aptos"/>
                <w:b/>
                <w:color w:val="FF6536"/>
                <w:sz w:val="18"/>
              </w:rPr>
              <w:t xml:space="preserve">2. </w:t>
            </w:r>
            <w:r>
              <w:rPr>
                <w:rFonts w:ascii="Aptos" w:hAnsi="Aptos"/>
                <w:b w:val="0"/>
                <w:color w:val="B8C2D1"/>
                <w:sz w:val="16"/>
              </w:rPr>
              <w:t>________________________________________________________________________________</w:t>
            </w:r>
          </w:p>
          <w:p>
            <w:pPr>
              <w:spacing w:after="20"/>
            </w:pPr>
            <w:r>
              <w:rPr>
                <w:rFonts w:ascii="Aptos" w:hAnsi="Aptos"/>
                <w:b/>
                <w:color w:val="FF6536"/>
                <w:sz w:val="18"/>
              </w:rPr>
              <w:t xml:space="preserve">3. </w:t>
            </w:r>
            <w:r>
              <w:rPr>
                <w:rFonts w:ascii="Aptos" w:hAnsi="Aptos"/>
                <w:b w:val="0"/>
                <w:color w:val="B8C2D1"/>
                <w:sz w:val="16"/>
              </w:rPr>
              <w:t>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7. TARGET TIMELINE</w:t>
            </w:r>
          </w:p>
        </w:tc>
        <w:tc>
          <w:tcPr>
            <w:tcW w:type="dxa" w:w="36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8. ESTIMATED BUDGET</w:t>
            </w:r>
          </w:p>
        </w:tc>
        <w:tc>
          <w:tcPr>
            <w:tcW w:type="dxa" w:w="36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9. SUPPORT / RESOURCES NEEDED</w:t>
            </w:r>
          </w:p>
        </w:tc>
      </w:tr>
      <w:tr>
        <w:tc>
          <w:tcPr>
            <w:tcW w:type="dxa" w:w="36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Start / completion date: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  <w:tc>
          <w:tcPr>
            <w:tcW w:type="dxa" w:w="36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Approximate total: $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  <w:tc>
          <w:tcPr>
            <w:tcW w:type="dxa" w:w="3648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Tools, funding, volunteers, etc.: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  <w:shd w:fill="F5F7FB"/>
          </w:tcPr>
          <w:p>
            <w:pPr>
              <w:spacing w:after="0"/>
            </w:pPr>
            <w:r>
              <w:rPr>
                <w:rFonts w:ascii="Aptos" w:hAnsi="Aptos"/>
                <w:b/>
                <w:color w:val="2F568F"/>
                <w:sz w:val="18"/>
              </w:rPr>
              <w:t>10. HOW WILL YOU KNOW IT WORKED?</w:t>
            </w:r>
          </w:p>
        </w:tc>
      </w:tr>
      <w:tr>
        <w:tc>
          <w:tcPr>
            <w:tcW w:type="dxa" w:w="10944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6" w:color="D9E1EC"/>
              <w:left w:val="single" w:sz="6" w:color="D9E1EC"/>
              <w:bottom w:val="single" w:sz="6" w:color="D9E1EC"/>
              <w:right w:val="single" w:sz="6" w:color="D9E1EC"/>
            </w:tcBorders>
          </w:tcPr>
          <w:p>
            <w:r>
              <w:rPr>
                <w:rFonts w:ascii="Aptos" w:hAnsi="Aptos"/>
                <w:b w:val="0"/>
                <w:color w:val="5F6B7A"/>
                <w:sz w:val="17"/>
              </w:rPr>
              <w:t>List 1-2 simple measures of success (people reached, items collected, event attendance, feedback, etc.).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color w:val="B8C2D1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before="80" w:after="0"/>
        <w:jc w:val="center"/>
      </w:pPr>
      <w:r>
        <w:rPr>
          <w:rFonts w:ascii="Aptos" w:hAnsi="Aptos"/>
          <w:b w:val="0"/>
          <w:color w:val="5F6B7A"/>
          <w:sz w:val="16"/>
        </w:rPr>
        <w:t>Small Hands Count  •  Student Project Toolkit  •  smallhandscount.org</w:t>
      </w:r>
    </w:p>
    <w:sectPr w:rsidR="00FC693F" w:rsidRPr="0006063C" w:rsidSect="00034616">
      <w:pgSz w:w="12240" w:h="15840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5F6B7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